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46B6" w14:textId="77777777" w:rsidR="0013678F" w:rsidRDefault="006262CE">
      <w:pPr>
        <w:spacing w:after="280"/>
        <w:jc w:val="center"/>
        <w:rPr>
          <w:lang w:eastAsia="ko-KR"/>
        </w:rPr>
      </w:pPr>
      <w:r>
        <w:rPr>
          <w:b/>
          <w:sz w:val="32"/>
          <w:lang w:eastAsia="ko-KR"/>
        </w:rPr>
        <w:t>1</w:t>
      </w:r>
      <w:r>
        <w:rPr>
          <w:b/>
          <w:sz w:val="32"/>
          <w:lang w:eastAsia="ko-KR"/>
        </w:rPr>
        <w:t>학년</w:t>
      </w:r>
      <w:r>
        <w:rPr>
          <w:b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전공과목</w:t>
      </w:r>
      <w:r>
        <w:rPr>
          <w:b/>
          <w:sz w:val="32"/>
          <w:lang w:eastAsia="ko-KR"/>
        </w:rPr>
        <w:t xml:space="preserve"> P/F </w:t>
      </w:r>
      <w:r>
        <w:rPr>
          <w:b/>
          <w:sz w:val="32"/>
          <w:lang w:eastAsia="ko-KR"/>
        </w:rPr>
        <w:t>전환</w:t>
      </w:r>
      <w:r>
        <w:rPr>
          <w:b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희망</w:t>
      </w:r>
      <w:r>
        <w:rPr>
          <w:b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신청서</w:t>
      </w:r>
    </w:p>
    <w:p w14:paraId="322E7E99" w14:textId="77777777" w:rsidR="0013678F" w:rsidRDefault="006262CE">
      <w:pPr>
        <w:spacing w:before="160" w:after="80"/>
        <w:rPr>
          <w:lang w:eastAsia="ko-KR"/>
        </w:rPr>
      </w:pPr>
      <w:r>
        <w:rPr>
          <w:b/>
          <w:sz w:val="22"/>
          <w:lang w:eastAsia="ko-KR"/>
        </w:rPr>
        <w:t xml:space="preserve">1. </w:t>
      </w:r>
      <w:r>
        <w:rPr>
          <w:b/>
          <w:sz w:val="22"/>
          <w:lang w:eastAsia="ko-KR"/>
        </w:rPr>
        <w:t>신청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대상</w:t>
      </w:r>
    </w:p>
    <w:p w14:paraId="3CBB7C30" w14:textId="77777777" w:rsidR="0013678F" w:rsidRDefault="006262CE">
      <w:pPr>
        <w:spacing w:after="40"/>
        <w:ind w:left="113"/>
        <w:rPr>
          <w:lang w:eastAsia="ko-KR"/>
        </w:rPr>
      </w:pPr>
      <w:r>
        <w:rPr>
          <w:sz w:val="19"/>
          <w:lang w:eastAsia="ko-KR"/>
        </w:rPr>
        <w:t>2026</w:t>
      </w:r>
      <w:r>
        <w:rPr>
          <w:sz w:val="19"/>
          <w:lang w:eastAsia="ko-KR"/>
        </w:rPr>
        <w:t>학년도</w:t>
      </w:r>
      <w:r>
        <w:rPr>
          <w:sz w:val="19"/>
          <w:lang w:eastAsia="ko-KR"/>
        </w:rPr>
        <w:t xml:space="preserve"> 2</w:t>
      </w:r>
      <w:r>
        <w:rPr>
          <w:sz w:val="19"/>
          <w:lang w:eastAsia="ko-KR"/>
        </w:rPr>
        <w:t>학기</w:t>
      </w:r>
      <w:r>
        <w:rPr>
          <w:sz w:val="19"/>
          <w:lang w:eastAsia="ko-KR"/>
        </w:rPr>
        <w:t xml:space="preserve"> 1</w:t>
      </w:r>
      <w:r>
        <w:rPr>
          <w:sz w:val="19"/>
          <w:lang w:eastAsia="ko-KR"/>
        </w:rPr>
        <w:t>학년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전공과목</w:t>
      </w:r>
      <w:r>
        <w:rPr>
          <w:sz w:val="19"/>
          <w:lang w:eastAsia="ko-KR"/>
        </w:rPr>
        <w:t xml:space="preserve"> P/F </w:t>
      </w:r>
      <w:r>
        <w:rPr>
          <w:sz w:val="19"/>
          <w:lang w:eastAsia="ko-KR"/>
        </w:rPr>
        <w:t>평가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적용범위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조정에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따라</w:t>
      </w:r>
      <w:r>
        <w:rPr>
          <w:sz w:val="19"/>
          <w:lang w:eastAsia="ko-KR"/>
        </w:rPr>
        <w:t xml:space="preserve">, </w:t>
      </w:r>
      <w:r>
        <w:rPr>
          <w:sz w:val="19"/>
          <w:lang w:eastAsia="ko-KR"/>
        </w:rPr>
        <w:t>소계열제</w:t>
      </w:r>
      <w:r>
        <w:rPr>
          <w:sz w:val="19"/>
          <w:lang w:eastAsia="ko-KR"/>
        </w:rPr>
        <w:t xml:space="preserve"> 1</w:t>
      </w:r>
      <w:r>
        <w:rPr>
          <w:sz w:val="19"/>
          <w:lang w:eastAsia="ko-KR"/>
        </w:rPr>
        <w:t>학년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학생이</w:t>
      </w:r>
      <w:r>
        <w:rPr>
          <w:sz w:val="19"/>
          <w:lang w:eastAsia="ko-KR"/>
        </w:rPr>
        <w:t xml:space="preserve"> </w:t>
      </w:r>
      <w:proofErr w:type="spellStart"/>
      <w:r>
        <w:rPr>
          <w:sz w:val="19"/>
          <w:lang w:eastAsia="ko-KR"/>
        </w:rPr>
        <w:t>타전공</w:t>
      </w:r>
      <w:proofErr w:type="spellEnd"/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교과목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수강변경이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어려워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해당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교과목의</w:t>
      </w:r>
      <w:r>
        <w:rPr>
          <w:sz w:val="19"/>
          <w:lang w:eastAsia="ko-KR"/>
        </w:rPr>
        <w:t xml:space="preserve"> P/F </w:t>
      </w:r>
      <w:r>
        <w:rPr>
          <w:sz w:val="19"/>
          <w:lang w:eastAsia="ko-KR"/>
        </w:rPr>
        <w:t>전환을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희망하는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경우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제출</w:t>
      </w:r>
    </w:p>
    <w:p w14:paraId="7F9817A6" w14:textId="16FEBD15" w:rsidR="0013678F" w:rsidRDefault="006262CE">
      <w:pPr>
        <w:spacing w:after="40"/>
        <w:ind w:left="113"/>
        <w:rPr>
          <w:rFonts w:hint="eastAsia"/>
          <w:lang w:eastAsia="ko-KR"/>
        </w:rPr>
      </w:pPr>
      <w:r>
        <w:rPr>
          <w:sz w:val="19"/>
          <w:lang w:eastAsia="ko-KR"/>
        </w:rPr>
        <w:t xml:space="preserve">※ </w:t>
      </w:r>
      <w:r>
        <w:rPr>
          <w:sz w:val="19"/>
          <w:lang w:eastAsia="ko-KR"/>
        </w:rPr>
        <w:t>신청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내용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및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대상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여부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확인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결과에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따라</w:t>
      </w:r>
      <w:r w:rsidR="004353F2">
        <w:rPr>
          <w:rFonts w:hint="eastAsia"/>
          <w:sz w:val="19"/>
          <w:lang w:eastAsia="ko-KR"/>
        </w:rPr>
        <w:t xml:space="preserve"> P</w:t>
      </w:r>
      <w:r w:rsidR="004353F2">
        <w:rPr>
          <w:sz w:val="19"/>
          <w:lang w:eastAsia="ko-KR"/>
        </w:rPr>
        <w:t xml:space="preserve">/F </w:t>
      </w:r>
      <w:r w:rsidR="004353F2">
        <w:rPr>
          <w:rFonts w:hint="eastAsia"/>
          <w:sz w:val="19"/>
          <w:lang w:eastAsia="ko-KR"/>
        </w:rPr>
        <w:t>전환이 불가할 수 있음</w:t>
      </w:r>
    </w:p>
    <w:p w14:paraId="08D02FD2" w14:textId="77777777" w:rsidR="0013678F" w:rsidRDefault="006262CE">
      <w:pPr>
        <w:spacing w:before="160" w:after="80"/>
      </w:pPr>
      <w:r>
        <w:rPr>
          <w:b/>
          <w:sz w:val="22"/>
        </w:rPr>
        <w:t xml:space="preserve">2. </w:t>
      </w:r>
      <w:proofErr w:type="spellStart"/>
      <w:r>
        <w:rPr>
          <w:b/>
          <w:sz w:val="22"/>
        </w:rPr>
        <w:t>신청자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정보</w:t>
      </w:r>
      <w:proofErr w:type="spellEnd"/>
    </w:p>
    <w:tbl>
      <w:tblPr>
        <w:tblW w:w="996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3300"/>
        <w:gridCol w:w="2200"/>
        <w:gridCol w:w="2932"/>
      </w:tblGrid>
      <w:tr w:rsidR="0013678F" w14:paraId="4E829652" w14:textId="77777777" w:rsidTr="004353F2">
        <w:trPr>
          <w:trHeight w:val="567"/>
          <w:jc w:val="center"/>
        </w:trPr>
        <w:tc>
          <w:tcPr>
            <w:tcW w:w="1533" w:type="dxa"/>
            <w:shd w:val="clear" w:color="auto" w:fill="F2F2F2"/>
            <w:vAlign w:val="center"/>
          </w:tcPr>
          <w:p w14:paraId="35C75026" w14:textId="77777777" w:rsidR="0013678F" w:rsidRDefault="006262CE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학번</w:t>
            </w:r>
            <w:proofErr w:type="spellEnd"/>
          </w:p>
        </w:tc>
        <w:tc>
          <w:tcPr>
            <w:tcW w:w="3300" w:type="dxa"/>
            <w:vAlign w:val="center"/>
          </w:tcPr>
          <w:p w14:paraId="3A5A98DF" w14:textId="77777777" w:rsidR="0013678F" w:rsidRDefault="006262CE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00" w:type="dxa"/>
            <w:shd w:val="clear" w:color="auto" w:fill="F2F2F2"/>
            <w:vAlign w:val="center"/>
          </w:tcPr>
          <w:p w14:paraId="40A77F66" w14:textId="77777777" w:rsidR="0013678F" w:rsidRDefault="006262CE">
            <w:pPr>
              <w:spacing w:after="0"/>
              <w:jc w:val="center"/>
            </w:pPr>
            <w:r>
              <w:rPr>
                <w:b/>
                <w:sz w:val="20"/>
              </w:rPr>
              <w:t>성명</w:t>
            </w:r>
          </w:p>
        </w:tc>
        <w:tc>
          <w:tcPr>
            <w:tcW w:w="2932" w:type="dxa"/>
            <w:vAlign w:val="center"/>
          </w:tcPr>
          <w:p w14:paraId="74CF4478" w14:textId="77777777" w:rsidR="0013678F" w:rsidRDefault="006262CE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13678F" w14:paraId="305CF86B" w14:textId="77777777" w:rsidTr="004353F2">
        <w:trPr>
          <w:trHeight w:val="567"/>
          <w:jc w:val="center"/>
        </w:trPr>
        <w:tc>
          <w:tcPr>
            <w:tcW w:w="1533" w:type="dxa"/>
            <w:shd w:val="clear" w:color="auto" w:fill="F2F2F2"/>
            <w:vAlign w:val="center"/>
          </w:tcPr>
          <w:p w14:paraId="02CDA2D5" w14:textId="77777777" w:rsidR="0013678F" w:rsidRDefault="006262CE">
            <w:pPr>
              <w:spacing w:after="0"/>
              <w:jc w:val="center"/>
            </w:pPr>
            <w:r>
              <w:rPr>
                <w:b/>
                <w:sz w:val="20"/>
              </w:rPr>
              <w:t>소속대학</w:t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>학과</w:t>
            </w:r>
          </w:p>
        </w:tc>
        <w:tc>
          <w:tcPr>
            <w:tcW w:w="3300" w:type="dxa"/>
            <w:vAlign w:val="center"/>
          </w:tcPr>
          <w:p w14:paraId="25EC6D18" w14:textId="3B013239" w:rsidR="0013678F" w:rsidRPr="004353F2" w:rsidRDefault="006262CE">
            <w:pPr>
              <w:spacing w:after="0"/>
              <w:rPr>
                <w:rFonts w:hint="eastAsia"/>
                <w:i/>
                <w:iCs/>
                <w:lang w:eastAsia="ko-KR"/>
              </w:rPr>
            </w:pPr>
            <w:r w:rsidRPr="004353F2">
              <w:rPr>
                <w:sz w:val="16"/>
                <w:szCs w:val="18"/>
                <w:lang w:eastAsia="ko-KR"/>
              </w:rPr>
              <w:t xml:space="preserve"> </w:t>
            </w:r>
            <w:proofErr w:type="spellStart"/>
            <w:r w:rsidR="004353F2" w:rsidRPr="004353F2">
              <w:rPr>
                <w:rFonts w:hint="eastAsia"/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>소계열</w:t>
            </w:r>
            <w:proofErr w:type="spellEnd"/>
            <w:r w:rsidR="004353F2" w:rsidRPr="004353F2">
              <w:rPr>
                <w:rFonts w:hint="eastAsia"/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 xml:space="preserve"> 1학년만 신청 가능</w:t>
            </w:r>
          </w:p>
        </w:tc>
        <w:tc>
          <w:tcPr>
            <w:tcW w:w="2200" w:type="dxa"/>
            <w:shd w:val="clear" w:color="auto" w:fill="F2F2F2"/>
            <w:vAlign w:val="center"/>
          </w:tcPr>
          <w:p w14:paraId="7A21EF89" w14:textId="77777777" w:rsidR="0013678F" w:rsidRDefault="006262CE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연락처</w:t>
            </w:r>
            <w:proofErr w:type="spellEnd"/>
          </w:p>
        </w:tc>
        <w:tc>
          <w:tcPr>
            <w:tcW w:w="2932" w:type="dxa"/>
            <w:vAlign w:val="center"/>
          </w:tcPr>
          <w:p w14:paraId="02EF45FF" w14:textId="77777777" w:rsidR="0013678F" w:rsidRDefault="006262CE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14:paraId="79B2DDDD" w14:textId="77777777" w:rsidR="0013678F" w:rsidRDefault="006262CE">
      <w:pPr>
        <w:spacing w:before="160" w:after="80"/>
      </w:pPr>
      <w:r>
        <w:rPr>
          <w:b/>
          <w:sz w:val="22"/>
        </w:rPr>
        <w:t xml:space="preserve">3. </w:t>
      </w:r>
      <w:proofErr w:type="spellStart"/>
      <w:r>
        <w:rPr>
          <w:b/>
          <w:sz w:val="22"/>
        </w:rPr>
        <w:t>신청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교과목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정보</w:t>
      </w:r>
      <w:proofErr w:type="spellEnd"/>
    </w:p>
    <w:tbl>
      <w:tblPr>
        <w:tblW w:w="10072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12"/>
        <w:gridCol w:w="1100"/>
        <w:gridCol w:w="1626"/>
        <w:gridCol w:w="3474"/>
      </w:tblGrid>
      <w:tr w:rsidR="0013678F" w14:paraId="7AFF84B3" w14:textId="77777777" w:rsidTr="004353F2">
        <w:trPr>
          <w:trHeight w:val="624"/>
          <w:jc w:val="center"/>
        </w:trPr>
        <w:tc>
          <w:tcPr>
            <w:tcW w:w="1560" w:type="dxa"/>
            <w:shd w:val="clear" w:color="auto" w:fill="F2F2F2"/>
            <w:vAlign w:val="center"/>
          </w:tcPr>
          <w:p w14:paraId="5DF65295" w14:textId="77777777" w:rsidR="0013678F" w:rsidRDefault="006262CE">
            <w:pPr>
              <w:spacing w:after="0"/>
              <w:jc w:val="center"/>
            </w:pPr>
            <w:proofErr w:type="spellStart"/>
            <w:r>
              <w:rPr>
                <w:b/>
                <w:sz w:val="19"/>
              </w:rPr>
              <w:t>학수번호</w:t>
            </w:r>
            <w:proofErr w:type="spellEnd"/>
          </w:p>
        </w:tc>
        <w:tc>
          <w:tcPr>
            <w:tcW w:w="2312" w:type="dxa"/>
            <w:shd w:val="clear" w:color="auto" w:fill="F2F2F2"/>
            <w:vAlign w:val="center"/>
          </w:tcPr>
          <w:p w14:paraId="4DCAFC2A" w14:textId="77777777" w:rsidR="0013678F" w:rsidRDefault="006262CE">
            <w:pPr>
              <w:spacing w:after="0"/>
              <w:jc w:val="center"/>
            </w:pPr>
            <w:r>
              <w:rPr>
                <w:b/>
                <w:sz w:val="19"/>
              </w:rPr>
              <w:t>교과목명</w:t>
            </w:r>
          </w:p>
        </w:tc>
        <w:tc>
          <w:tcPr>
            <w:tcW w:w="1100" w:type="dxa"/>
            <w:shd w:val="clear" w:color="auto" w:fill="F2F2F2"/>
            <w:vAlign w:val="center"/>
          </w:tcPr>
          <w:p w14:paraId="7F38AF85" w14:textId="77777777" w:rsidR="0013678F" w:rsidRDefault="006262CE">
            <w:pPr>
              <w:spacing w:after="0"/>
              <w:jc w:val="center"/>
            </w:pPr>
            <w:r>
              <w:rPr>
                <w:b/>
                <w:sz w:val="19"/>
              </w:rPr>
              <w:t>분반</w:t>
            </w:r>
          </w:p>
        </w:tc>
        <w:tc>
          <w:tcPr>
            <w:tcW w:w="1626" w:type="dxa"/>
            <w:shd w:val="clear" w:color="auto" w:fill="F2F2F2"/>
            <w:vAlign w:val="center"/>
          </w:tcPr>
          <w:p w14:paraId="3CB28078" w14:textId="1BA45323" w:rsidR="0013678F" w:rsidRDefault="004353F2">
            <w:pPr>
              <w:spacing w:after="0"/>
              <w:jc w:val="center"/>
            </w:pPr>
            <w:proofErr w:type="spellStart"/>
            <w:r>
              <w:rPr>
                <w:rFonts w:hint="eastAsia"/>
                <w:lang w:eastAsia="ko-KR"/>
              </w:rPr>
              <w:t>교강사</w:t>
            </w:r>
            <w:proofErr w:type="spellEnd"/>
          </w:p>
        </w:tc>
        <w:tc>
          <w:tcPr>
            <w:tcW w:w="3474" w:type="dxa"/>
            <w:shd w:val="clear" w:color="auto" w:fill="F2F2F2"/>
            <w:vAlign w:val="center"/>
          </w:tcPr>
          <w:p w14:paraId="26F75EE0" w14:textId="759E6F96" w:rsidR="0013678F" w:rsidRPr="000965D5" w:rsidRDefault="004353F2" w:rsidP="000965D5">
            <w:pPr>
              <w:spacing w:after="0"/>
              <w:jc w:val="center"/>
              <w:rPr>
                <w:rFonts w:hint="eastAsia"/>
                <w:b/>
                <w:sz w:val="19"/>
                <w:lang w:eastAsia="ko-KR"/>
              </w:rPr>
            </w:pPr>
            <w:r>
              <w:rPr>
                <w:rFonts w:hint="eastAsia"/>
                <w:b/>
                <w:sz w:val="19"/>
                <w:lang w:eastAsia="ko-KR"/>
              </w:rPr>
              <w:t>이수영역</w:t>
            </w:r>
          </w:p>
        </w:tc>
      </w:tr>
      <w:tr w:rsidR="0013678F" w14:paraId="566F6431" w14:textId="77777777" w:rsidTr="004353F2">
        <w:trPr>
          <w:trHeight w:val="624"/>
          <w:jc w:val="center"/>
        </w:trPr>
        <w:tc>
          <w:tcPr>
            <w:tcW w:w="1560" w:type="dxa"/>
            <w:vAlign w:val="center"/>
          </w:tcPr>
          <w:p w14:paraId="3792B240" w14:textId="77777777" w:rsidR="0013678F" w:rsidRDefault="006262CE">
            <w:pPr>
              <w:spacing w:after="0"/>
              <w:rPr>
                <w:lang w:eastAsia="ko-KR"/>
              </w:rPr>
            </w:pPr>
            <w:r>
              <w:rPr>
                <w:sz w:val="20"/>
                <w:lang w:eastAsia="ko-KR"/>
              </w:rPr>
              <w:t xml:space="preserve"> </w:t>
            </w:r>
          </w:p>
        </w:tc>
        <w:tc>
          <w:tcPr>
            <w:tcW w:w="2312" w:type="dxa"/>
            <w:vAlign w:val="center"/>
          </w:tcPr>
          <w:p w14:paraId="11CD1865" w14:textId="77777777" w:rsidR="0013678F" w:rsidRDefault="006262CE">
            <w:pPr>
              <w:spacing w:after="0"/>
              <w:rPr>
                <w:lang w:eastAsia="ko-KR"/>
              </w:rPr>
            </w:pPr>
            <w:r>
              <w:rPr>
                <w:sz w:val="20"/>
                <w:lang w:eastAsia="ko-KR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14:paraId="042D97B0" w14:textId="77777777" w:rsidR="0013678F" w:rsidRDefault="006262CE">
            <w:pPr>
              <w:spacing w:after="0"/>
              <w:rPr>
                <w:lang w:eastAsia="ko-KR"/>
              </w:rPr>
            </w:pPr>
            <w:r>
              <w:rPr>
                <w:sz w:val="20"/>
                <w:lang w:eastAsia="ko-KR"/>
              </w:rPr>
              <w:t xml:space="preserve"> </w:t>
            </w:r>
          </w:p>
        </w:tc>
        <w:tc>
          <w:tcPr>
            <w:tcW w:w="1626" w:type="dxa"/>
            <w:vAlign w:val="center"/>
          </w:tcPr>
          <w:p w14:paraId="6420E8DE" w14:textId="77777777" w:rsidR="0013678F" w:rsidRDefault="006262CE">
            <w:pPr>
              <w:spacing w:after="0"/>
              <w:rPr>
                <w:lang w:eastAsia="ko-KR"/>
              </w:rPr>
            </w:pPr>
            <w:r>
              <w:rPr>
                <w:sz w:val="20"/>
                <w:lang w:eastAsia="ko-KR"/>
              </w:rPr>
              <w:t xml:space="preserve"> </w:t>
            </w:r>
          </w:p>
        </w:tc>
        <w:tc>
          <w:tcPr>
            <w:tcW w:w="3474" w:type="dxa"/>
            <w:vAlign w:val="center"/>
          </w:tcPr>
          <w:p w14:paraId="5D9273C0" w14:textId="57508A46" w:rsidR="0013678F" w:rsidRPr="004353F2" w:rsidRDefault="006262CE">
            <w:pPr>
              <w:spacing w:after="0"/>
              <w:rPr>
                <w:i/>
                <w:iCs/>
                <w:lang w:eastAsia="ko-KR"/>
              </w:rPr>
            </w:pPr>
            <w:r w:rsidRPr="004353F2">
              <w:rPr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 xml:space="preserve"> </w:t>
            </w:r>
            <w:r w:rsidR="004353F2" w:rsidRPr="004353F2">
              <w:rPr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>‘</w:t>
            </w:r>
            <w:r w:rsidR="004353F2" w:rsidRPr="004353F2">
              <w:rPr>
                <w:rFonts w:hint="eastAsia"/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>선택</w:t>
            </w:r>
            <w:r w:rsidR="004353F2" w:rsidRPr="004353F2">
              <w:rPr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>’</w:t>
            </w:r>
            <w:proofErr w:type="spellStart"/>
            <w:r w:rsidR="004353F2" w:rsidRPr="004353F2">
              <w:rPr>
                <w:rFonts w:hint="eastAsia"/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>으로</w:t>
            </w:r>
            <w:proofErr w:type="spellEnd"/>
            <w:r w:rsidR="004353F2" w:rsidRPr="004353F2">
              <w:rPr>
                <w:rFonts w:hint="eastAsia"/>
                <w:i/>
                <w:iCs/>
                <w:color w:val="808080" w:themeColor="background1" w:themeShade="80"/>
                <w:sz w:val="16"/>
                <w:szCs w:val="18"/>
                <w:lang w:eastAsia="ko-KR"/>
              </w:rPr>
              <w:t xml:space="preserve"> 분류되는 교과목만 신청 가능</w:t>
            </w:r>
          </w:p>
        </w:tc>
      </w:tr>
    </w:tbl>
    <w:p w14:paraId="0A6384AB" w14:textId="47D58A47" w:rsidR="0013678F" w:rsidRDefault="006262CE">
      <w:pPr>
        <w:spacing w:before="160" w:after="80"/>
        <w:rPr>
          <w:b/>
          <w:sz w:val="22"/>
        </w:rPr>
      </w:pPr>
      <w:r>
        <w:rPr>
          <w:b/>
          <w:sz w:val="22"/>
        </w:rPr>
        <w:t xml:space="preserve">4. </w:t>
      </w:r>
      <w:proofErr w:type="spellStart"/>
      <w:r>
        <w:rPr>
          <w:b/>
          <w:sz w:val="22"/>
        </w:rPr>
        <w:t>확인사항</w:t>
      </w:r>
      <w:proofErr w:type="spellEnd"/>
    </w:p>
    <w:p w14:paraId="6626A061" w14:textId="353E091C" w:rsidR="004353F2" w:rsidRDefault="004353F2" w:rsidP="004353F2">
      <w:pPr>
        <w:spacing w:after="40"/>
        <w:ind w:left="170"/>
        <w:rPr>
          <w:rFonts w:hint="eastAsia"/>
          <w:lang w:eastAsia="ko-KR"/>
        </w:rPr>
      </w:pPr>
      <w:r>
        <w:rPr>
          <w:sz w:val="20"/>
          <w:lang w:eastAsia="ko-KR"/>
        </w:rPr>
        <w:t xml:space="preserve">□ </w:t>
      </w:r>
      <w:proofErr w:type="spellStart"/>
      <w:r>
        <w:rPr>
          <w:rFonts w:hint="eastAsia"/>
          <w:sz w:val="20"/>
          <w:lang w:eastAsia="ko-KR"/>
        </w:rPr>
        <w:t>소계열</w:t>
      </w:r>
      <w:proofErr w:type="spellEnd"/>
      <w:r>
        <w:rPr>
          <w:rFonts w:hint="eastAsia"/>
          <w:sz w:val="20"/>
          <w:lang w:eastAsia="ko-KR"/>
        </w:rPr>
        <w:t xml:space="preserve"> </w:t>
      </w:r>
      <w:r>
        <w:rPr>
          <w:sz w:val="20"/>
          <w:lang w:eastAsia="ko-KR"/>
        </w:rPr>
        <w:t>1</w:t>
      </w:r>
      <w:r>
        <w:rPr>
          <w:rFonts w:hint="eastAsia"/>
          <w:sz w:val="20"/>
          <w:lang w:eastAsia="ko-KR"/>
        </w:rPr>
        <w:t>학년 학생이며,</w:t>
      </w:r>
      <w:r>
        <w:rPr>
          <w:sz w:val="20"/>
          <w:lang w:eastAsia="ko-KR"/>
        </w:rPr>
        <w:t xml:space="preserve"> </w:t>
      </w:r>
      <w:r>
        <w:rPr>
          <w:rFonts w:hint="eastAsia"/>
          <w:sz w:val="20"/>
          <w:lang w:eastAsia="ko-KR"/>
        </w:rPr>
        <w:t xml:space="preserve">이수영역이 </w:t>
      </w:r>
      <w:r>
        <w:rPr>
          <w:sz w:val="20"/>
          <w:lang w:eastAsia="ko-KR"/>
        </w:rPr>
        <w:t>‘</w:t>
      </w:r>
      <w:r>
        <w:rPr>
          <w:rFonts w:hint="eastAsia"/>
          <w:sz w:val="20"/>
          <w:lang w:eastAsia="ko-KR"/>
        </w:rPr>
        <w:t>선택</w:t>
      </w:r>
      <w:r>
        <w:rPr>
          <w:sz w:val="20"/>
          <w:lang w:eastAsia="ko-KR"/>
        </w:rPr>
        <w:t>’</w:t>
      </w:r>
      <w:proofErr w:type="spellStart"/>
      <w:r>
        <w:rPr>
          <w:rFonts w:hint="eastAsia"/>
          <w:sz w:val="20"/>
          <w:lang w:eastAsia="ko-KR"/>
        </w:rPr>
        <w:t>으로</w:t>
      </w:r>
      <w:proofErr w:type="spellEnd"/>
      <w:r>
        <w:rPr>
          <w:rFonts w:hint="eastAsia"/>
          <w:sz w:val="20"/>
          <w:lang w:eastAsia="ko-KR"/>
        </w:rPr>
        <w:t xml:space="preserve"> 분류되는 교과목에 대해 신청함</w:t>
      </w:r>
    </w:p>
    <w:p w14:paraId="26E557EF" w14:textId="77777777" w:rsidR="0013678F" w:rsidRDefault="006262CE">
      <w:pPr>
        <w:spacing w:after="40"/>
        <w:ind w:left="170"/>
        <w:rPr>
          <w:lang w:eastAsia="ko-KR"/>
        </w:rPr>
      </w:pPr>
      <w:r>
        <w:rPr>
          <w:sz w:val="20"/>
          <w:lang w:eastAsia="ko-KR"/>
        </w:rPr>
        <w:t xml:space="preserve">□ </w:t>
      </w:r>
      <w:r>
        <w:rPr>
          <w:sz w:val="20"/>
          <w:lang w:eastAsia="ko-KR"/>
        </w:rPr>
        <w:t>수강변경기간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내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수강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변경이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어려워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해당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교과목의</w:t>
      </w:r>
      <w:r>
        <w:rPr>
          <w:sz w:val="20"/>
          <w:lang w:eastAsia="ko-KR"/>
        </w:rPr>
        <w:t xml:space="preserve"> P/F </w:t>
      </w:r>
      <w:r>
        <w:rPr>
          <w:sz w:val="20"/>
          <w:lang w:eastAsia="ko-KR"/>
        </w:rPr>
        <w:t>전환을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신청함</w:t>
      </w:r>
    </w:p>
    <w:p w14:paraId="476B2E10" w14:textId="77777777" w:rsidR="0013678F" w:rsidRDefault="006262CE">
      <w:pPr>
        <w:spacing w:after="40"/>
        <w:ind w:left="170"/>
        <w:rPr>
          <w:lang w:eastAsia="ko-KR"/>
        </w:rPr>
      </w:pPr>
      <w:r>
        <w:rPr>
          <w:sz w:val="20"/>
          <w:lang w:eastAsia="ko-KR"/>
        </w:rPr>
        <w:t xml:space="preserve">□ </w:t>
      </w:r>
      <w:r>
        <w:rPr>
          <w:sz w:val="20"/>
          <w:lang w:eastAsia="ko-KR"/>
        </w:rPr>
        <w:t>해당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교과목이</w:t>
      </w:r>
      <w:r>
        <w:rPr>
          <w:sz w:val="20"/>
          <w:lang w:eastAsia="ko-KR"/>
        </w:rPr>
        <w:t xml:space="preserve"> P/F</w:t>
      </w:r>
      <w:r>
        <w:rPr>
          <w:sz w:val="20"/>
          <w:lang w:eastAsia="ko-KR"/>
        </w:rPr>
        <w:t>로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전환될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경우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평점평균</w:t>
      </w:r>
      <w:r>
        <w:rPr>
          <w:sz w:val="20"/>
          <w:lang w:eastAsia="ko-KR"/>
        </w:rPr>
        <w:t xml:space="preserve">(GPA) </w:t>
      </w:r>
      <w:r>
        <w:rPr>
          <w:sz w:val="20"/>
          <w:lang w:eastAsia="ko-KR"/>
        </w:rPr>
        <w:t>산출에서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제외됨을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확인함</w:t>
      </w:r>
    </w:p>
    <w:p w14:paraId="75D2E52A" w14:textId="1D782901" w:rsidR="0013678F" w:rsidRDefault="006262CE">
      <w:pPr>
        <w:spacing w:after="40"/>
        <w:ind w:left="170"/>
        <w:rPr>
          <w:lang w:eastAsia="ko-KR"/>
        </w:rPr>
      </w:pPr>
      <w:r>
        <w:rPr>
          <w:sz w:val="20"/>
          <w:lang w:eastAsia="ko-KR"/>
        </w:rPr>
        <w:t xml:space="preserve">□ </w:t>
      </w:r>
      <w:r>
        <w:rPr>
          <w:sz w:val="20"/>
          <w:lang w:eastAsia="ko-KR"/>
        </w:rPr>
        <w:t>신청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내용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및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대상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여부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확인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결과에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따라</w:t>
      </w:r>
      <w:r>
        <w:rPr>
          <w:sz w:val="20"/>
          <w:lang w:eastAsia="ko-KR"/>
        </w:rPr>
        <w:t xml:space="preserve"> P/F </w:t>
      </w:r>
      <w:r>
        <w:rPr>
          <w:sz w:val="20"/>
          <w:lang w:eastAsia="ko-KR"/>
        </w:rPr>
        <w:t>전환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처리</w:t>
      </w:r>
      <w:r w:rsidR="004353F2">
        <w:rPr>
          <w:rFonts w:hint="eastAsia"/>
          <w:sz w:val="20"/>
          <w:lang w:eastAsia="ko-KR"/>
        </w:rPr>
        <w:t>가 불가할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수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있음을</w:t>
      </w:r>
      <w:r>
        <w:rPr>
          <w:sz w:val="20"/>
          <w:lang w:eastAsia="ko-KR"/>
        </w:rPr>
        <w:t xml:space="preserve"> </w:t>
      </w:r>
      <w:r>
        <w:rPr>
          <w:sz w:val="20"/>
          <w:lang w:eastAsia="ko-KR"/>
        </w:rPr>
        <w:t>확인함</w:t>
      </w:r>
    </w:p>
    <w:p w14:paraId="36AE75CB" w14:textId="77777777" w:rsidR="0013678F" w:rsidRDefault="006262CE">
      <w:pPr>
        <w:spacing w:before="160" w:after="80"/>
        <w:rPr>
          <w:lang w:eastAsia="ko-KR"/>
        </w:rPr>
      </w:pPr>
      <w:r>
        <w:rPr>
          <w:b/>
          <w:sz w:val="22"/>
          <w:lang w:eastAsia="ko-KR"/>
        </w:rPr>
        <w:t xml:space="preserve">5. </w:t>
      </w:r>
      <w:proofErr w:type="spellStart"/>
      <w:r>
        <w:rPr>
          <w:b/>
          <w:sz w:val="22"/>
          <w:lang w:eastAsia="ko-KR"/>
        </w:rPr>
        <w:t>제출처</w:t>
      </w:r>
      <w:proofErr w:type="spellEnd"/>
    </w:p>
    <w:p w14:paraId="5DE9B833" w14:textId="77777777" w:rsidR="0013678F" w:rsidRDefault="006262CE">
      <w:pPr>
        <w:spacing w:after="40"/>
        <w:ind w:left="113"/>
        <w:rPr>
          <w:lang w:eastAsia="ko-KR"/>
        </w:rPr>
      </w:pPr>
      <w:r>
        <w:rPr>
          <w:sz w:val="19"/>
          <w:lang w:eastAsia="ko-KR"/>
        </w:rPr>
        <w:t>작성한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신청서는</w:t>
      </w:r>
      <w:r>
        <w:rPr>
          <w:sz w:val="19"/>
          <w:lang w:eastAsia="ko-KR"/>
        </w:rPr>
        <w:t xml:space="preserve"> so.park@skku.edu</w:t>
      </w:r>
      <w:r>
        <w:rPr>
          <w:sz w:val="19"/>
          <w:lang w:eastAsia="ko-KR"/>
        </w:rPr>
        <w:t>로</w:t>
      </w:r>
      <w:r>
        <w:rPr>
          <w:sz w:val="19"/>
          <w:lang w:eastAsia="ko-KR"/>
        </w:rPr>
        <w:t xml:space="preserve"> </w:t>
      </w:r>
      <w:r>
        <w:rPr>
          <w:sz w:val="19"/>
          <w:lang w:eastAsia="ko-KR"/>
        </w:rPr>
        <w:t>제출</w:t>
      </w:r>
    </w:p>
    <w:p w14:paraId="6A4C52FE" w14:textId="77777777" w:rsidR="0013678F" w:rsidRDefault="006262CE">
      <w:pPr>
        <w:spacing w:before="240"/>
        <w:jc w:val="right"/>
      </w:pPr>
      <w:r>
        <w:t>2026</w:t>
      </w:r>
      <w:r>
        <w:t>년</w:t>
      </w:r>
      <w:r>
        <w:t xml:space="preserve">      </w:t>
      </w:r>
      <w:r>
        <w:t>월</w:t>
      </w:r>
      <w:r>
        <w:t xml:space="preserve">      </w:t>
      </w:r>
      <w:r>
        <w:t>일</w:t>
      </w:r>
    </w:p>
    <w:p w14:paraId="0D18CBA5" w14:textId="77777777" w:rsidR="0013678F" w:rsidRDefault="006262CE">
      <w:pPr>
        <w:jc w:val="right"/>
      </w:pPr>
      <w:r>
        <w:t>신청인</w:t>
      </w:r>
      <w:r>
        <w:t>:                         (</w:t>
      </w:r>
      <w:r>
        <w:t>서명</w:t>
      </w:r>
      <w:r>
        <w:t>)</w:t>
      </w:r>
    </w:p>
    <w:sectPr w:rsidR="0013678F" w:rsidSect="00034616">
      <w:footerReference w:type="default" r:id="rId8"/>
      <w:pgSz w:w="11906" w:h="16838"/>
      <w:pgMar w:top="1020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58674" w14:textId="77777777" w:rsidR="006262CE" w:rsidRDefault="006262CE">
      <w:pPr>
        <w:spacing w:after="0" w:line="240" w:lineRule="auto"/>
      </w:pPr>
      <w:r>
        <w:separator/>
      </w:r>
    </w:p>
  </w:endnote>
  <w:endnote w:type="continuationSeparator" w:id="0">
    <w:p w14:paraId="1B3030D4" w14:textId="77777777" w:rsidR="006262CE" w:rsidRDefault="0062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74C1E" w14:textId="77777777" w:rsidR="0013678F" w:rsidRDefault="006262CE">
    <w:pPr>
      <w:pStyle w:val="a6"/>
      <w:jc w:val="center"/>
    </w:pPr>
    <w:r>
      <w:rPr>
        <w:sz w:val="17"/>
      </w:rPr>
      <w:t>성균관대학교</w:t>
    </w:r>
    <w:r>
      <w:rPr>
        <w:sz w:val="17"/>
      </w:rPr>
      <w:t xml:space="preserve"> </w:t>
    </w:r>
    <w:r>
      <w:rPr>
        <w:sz w:val="17"/>
      </w:rPr>
      <w:t>교무팀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6ECB" w14:textId="77777777" w:rsidR="006262CE" w:rsidRDefault="006262CE">
      <w:pPr>
        <w:spacing w:after="0" w:line="240" w:lineRule="auto"/>
      </w:pPr>
      <w:r>
        <w:separator/>
      </w:r>
    </w:p>
  </w:footnote>
  <w:footnote w:type="continuationSeparator" w:id="0">
    <w:p w14:paraId="4AED4615" w14:textId="77777777" w:rsidR="006262CE" w:rsidRDefault="00626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5D5"/>
    <w:rsid w:val="0013678F"/>
    <w:rsid w:val="0015074B"/>
    <w:rsid w:val="0029639D"/>
    <w:rsid w:val="00326F90"/>
    <w:rsid w:val="004353F2"/>
    <w:rsid w:val="006262C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C8502"/>
  <w14:defaultImageDpi w14:val="300"/>
  <w15:docId w15:val="{788C4941-71C6-4C3D-BA67-BEFABA25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1학년 전공과목 P/F 전환 희망 신청서</dc:title>
  <dc:subject/>
  <dc:creator>user</dc:creator>
  <cp:keywords/>
  <dc:description/>
  <cp:lastModifiedBy>user</cp:lastModifiedBy>
  <cp:revision>3</cp:revision>
  <dcterms:created xsi:type="dcterms:W3CDTF">2026-09-01T04:13:00Z</dcterms:created>
  <dcterms:modified xsi:type="dcterms:W3CDTF">2026-09-01T04:14:00Z</dcterms:modified>
  <cp:category/>
</cp:coreProperties>
</file>